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/>
        <w:spacing w:after="40"/>
        <w:jc w:val="right"/>
      </w:pPr>
      <w:r>
        <w:rPr>
          <w:rFonts w:ascii="DejaVu Sans" w:hAnsi="DejaVu Sans" w:cs="DejaVu Sans"/>
          <w:b/>
          <w:color w:val="000000"/>
          <w:sz w:val="44"/>
        </w:rPr>
        <w:t>[الاسم الكامل]</w:t>
      </w:r>
    </w:p>
    <w:p>
      <w:pPr>
        <w:bidi/>
        <w:spacing w:after="80"/>
        <w:jc w:val="right"/>
      </w:pPr>
      <w:r>
        <w:rPr>
          <w:rFonts w:ascii="DejaVu Sans" w:hAnsi="DejaVu Sans" w:cs="DejaVu Sans"/>
          <w:b/>
          <w:color w:val="143758"/>
          <w:sz w:val="23"/>
        </w:rPr>
        <w:t>[المسمى الوظيفي المستهدف]</w:t>
      </w:r>
    </w:p>
    <w:p>
      <w:pPr>
        <w:bidi/>
        <w:spacing w:after="200"/>
        <w:jc w:val="right"/>
      </w:pPr>
      <w:r>
        <w:rPr>
          <w:rFonts w:ascii="DejaVu Sans" w:hAnsi="DejaVu Sans" w:cs="DejaVu Sans"/>
          <w:b w:val="0"/>
          <w:color w:val="4B5563"/>
          <w:sz w:val="19"/>
        </w:rPr>
        <w:t>[المدينة والدولة]  |  [رقم الهاتف]  |  [البريد الإلكتروني]  |  [LinkedIn اختياري]</w:t>
      </w:r>
    </w:p>
    <w:p>
      <w:pPr>
        <w:pStyle w:val="Heading1"/>
        <w:keepNext/>
        <w:bidi/>
        <w:spacing w:before="140" w:after="60"/>
        <w:jc w:val="right"/>
      </w:pPr>
      <w:r>
        <w:rPr>
          <w:rFonts w:ascii="DejaVu Sans" w:hAnsi="DejaVu Sans" w:cs="DejaVu Sans"/>
          <w:b/>
          <w:color w:val="000000"/>
          <w:sz w:val="23"/>
        </w:rPr>
        <w:t>الملخص المهني</w:t>
      </w:r>
    </w:p>
    <w:p>
      <w:pPr>
        <w:bidi/>
        <w:spacing w:after="80"/>
        <w:jc w:val="right"/>
      </w:pPr>
      <w:r>
        <w:rPr>
          <w:rFonts w:ascii="DejaVu Sans" w:hAnsi="DejaVu Sans" w:cs="DejaVu Sans"/>
          <w:b w:val="0"/>
          <w:color w:val="000000"/>
          <w:sz w:val="21"/>
        </w:rPr>
        <w:t>[اكتب 3 أسطر تلخّص خبرتك وأهم مهاراتك والنتيجة التي تستطيع تقديمها لصاحب العمل. تجنّب العبارات العامة والمبالغة.]</w:t>
      </w:r>
    </w:p>
    <w:p>
      <w:pPr>
        <w:pStyle w:val="Heading1"/>
        <w:keepNext/>
        <w:bidi/>
        <w:spacing w:before="140" w:after="60"/>
        <w:jc w:val="right"/>
      </w:pPr>
      <w:r>
        <w:rPr>
          <w:rFonts w:ascii="DejaVu Sans" w:hAnsi="DejaVu Sans" w:cs="DejaVu Sans"/>
          <w:b/>
          <w:color w:val="000000"/>
          <w:sz w:val="23"/>
        </w:rPr>
        <w:t>الخبرة العملية</w:t>
      </w:r>
    </w:p>
    <w:p>
      <w:pPr>
        <w:keepNext/>
        <w:bidi/>
        <w:spacing w:before="60" w:after="20"/>
        <w:jc w:val="right"/>
      </w:pPr>
      <w:r>
        <w:rPr>
          <w:rFonts w:ascii="DejaVu Sans" w:hAnsi="DejaVu Sans" w:cs="DejaVu Sans"/>
          <w:b/>
          <w:color w:val="000000"/>
          <w:sz w:val="21"/>
        </w:rPr>
        <w:t>[المسمى الوظيفي]</w:t>
      </w:r>
    </w:p>
    <w:p>
      <w:pPr>
        <w:keepNext/>
        <w:bidi/>
        <w:spacing w:after="40"/>
        <w:jc w:val="right"/>
      </w:pPr>
      <w:r>
        <w:rPr>
          <w:rFonts w:ascii="DejaVu Sans" w:hAnsi="DejaVu Sans" w:cs="DejaVu Sans"/>
          <w:b w:val="0"/>
          <w:color w:val="4B5563"/>
          <w:sz w:val="19"/>
        </w:rPr>
        <w:t>[اسم الجهة]  |  [المدينة]  |  [الشهر السنة - الشهر السنة]</w:t>
      </w:r>
    </w:p>
    <w:p>
      <w:pPr>
        <w:pStyle w:val="ListBullet"/>
        <w:bidi/>
        <w:spacing w:after="40"/>
        <w:ind w:left="0" w:right="259" w:firstLine="173"/>
        <w:jc w:val="right"/>
      </w:pPr>
      <w:r>
        <w:rPr>
          <w:rFonts w:ascii="DejaVu Sans" w:hAnsi="DejaVu Sans" w:cs="DejaVu Sans"/>
          <w:b w:val="0"/>
          <w:color w:val="000000"/>
          <w:sz w:val="21"/>
        </w:rPr>
        <w:t>[ابدأ بفعل واضح واشرح إنجازاً أو مسؤولية مهمة.]</w:t>
      </w:r>
    </w:p>
    <w:p>
      <w:pPr>
        <w:pStyle w:val="ListBullet"/>
        <w:bidi/>
        <w:spacing w:after="40"/>
        <w:ind w:left="0" w:right="259" w:firstLine="173"/>
        <w:jc w:val="right"/>
      </w:pPr>
      <w:r>
        <w:rPr>
          <w:rFonts w:ascii="DejaVu Sans" w:hAnsi="DejaVu Sans" w:cs="DejaVu Sans"/>
          <w:b w:val="0"/>
          <w:color w:val="000000"/>
          <w:sz w:val="21"/>
        </w:rPr>
        <w:t>[أضف رقماً أو نتيجة قابلة للقياس إذا كانت حقيقية.]</w:t>
      </w:r>
    </w:p>
    <w:p>
      <w:pPr>
        <w:pStyle w:val="ListBullet"/>
        <w:bidi/>
        <w:spacing w:after="40"/>
        <w:ind w:left="0" w:right="259" w:firstLine="173"/>
        <w:jc w:val="right"/>
      </w:pPr>
      <w:r>
        <w:rPr>
          <w:rFonts w:ascii="DejaVu Sans" w:hAnsi="DejaVu Sans" w:cs="DejaVu Sans"/>
          <w:b w:val="0"/>
          <w:color w:val="000000"/>
          <w:sz w:val="21"/>
        </w:rPr>
        <w:t>[اذكر أداة أو مهارة مرتبطة بالوظيفة المطلوبة.]</w:t>
      </w:r>
    </w:p>
    <w:p>
      <w:pPr>
        <w:keepNext/>
        <w:bidi/>
        <w:spacing w:before="60" w:after="20"/>
        <w:jc w:val="right"/>
      </w:pPr>
      <w:r>
        <w:rPr>
          <w:rFonts w:ascii="DejaVu Sans" w:hAnsi="DejaVu Sans" w:cs="DejaVu Sans"/>
          <w:b/>
          <w:color w:val="000000"/>
          <w:sz w:val="21"/>
        </w:rPr>
        <w:t>[مسمى وظيفي سابق]</w:t>
      </w:r>
    </w:p>
    <w:p>
      <w:pPr>
        <w:keepNext/>
        <w:bidi/>
        <w:spacing w:after="40"/>
        <w:jc w:val="right"/>
      </w:pPr>
      <w:r>
        <w:rPr>
          <w:rFonts w:ascii="DejaVu Sans" w:hAnsi="DejaVu Sans" w:cs="DejaVu Sans"/>
          <w:b w:val="0"/>
          <w:color w:val="4B5563"/>
          <w:sz w:val="19"/>
        </w:rPr>
        <w:t>[اسم الجهة]  |  [المدينة]  |  [الشهر السنة - الشهر السنة]</w:t>
      </w:r>
    </w:p>
    <w:p>
      <w:pPr>
        <w:pStyle w:val="ListBullet"/>
        <w:bidi/>
        <w:spacing w:after="40"/>
        <w:ind w:left="0" w:right="259" w:firstLine="173"/>
        <w:jc w:val="right"/>
      </w:pPr>
      <w:r>
        <w:rPr>
          <w:rFonts w:ascii="DejaVu Sans" w:hAnsi="DejaVu Sans" w:cs="DejaVu Sans"/>
          <w:b w:val="0"/>
          <w:color w:val="000000"/>
          <w:sz w:val="21"/>
        </w:rPr>
        <w:t>[اكتب إنجازاً أو مسؤولية مرتبطة بالوظيفة المستهدفة.]</w:t>
      </w:r>
    </w:p>
    <w:p>
      <w:pPr>
        <w:pStyle w:val="ListBullet"/>
        <w:bidi/>
        <w:spacing w:after="40"/>
        <w:ind w:left="0" w:right="259" w:firstLine="173"/>
        <w:jc w:val="right"/>
      </w:pPr>
      <w:r>
        <w:rPr>
          <w:rFonts w:ascii="DejaVu Sans" w:hAnsi="DejaVu Sans" w:cs="DejaVu Sans"/>
          <w:b w:val="0"/>
          <w:color w:val="000000"/>
          <w:sz w:val="21"/>
        </w:rPr>
        <w:t>[ركّز على الأثر وليس على سرد كل المهام.]</w:t>
      </w:r>
    </w:p>
    <w:p>
      <w:pPr>
        <w:pStyle w:val="Heading1"/>
        <w:keepNext/>
        <w:bidi/>
        <w:spacing w:before="140" w:after="60"/>
        <w:jc w:val="right"/>
      </w:pPr>
      <w:r>
        <w:rPr>
          <w:rFonts w:ascii="DejaVu Sans" w:hAnsi="DejaVu Sans" w:cs="DejaVu Sans"/>
          <w:b/>
          <w:color w:val="000000"/>
          <w:sz w:val="23"/>
        </w:rPr>
        <w:t>التعليم</w:t>
      </w:r>
    </w:p>
    <w:p>
      <w:pPr>
        <w:bidi/>
        <w:spacing w:after="80"/>
        <w:jc w:val="right"/>
      </w:pPr>
      <w:r>
        <w:rPr>
          <w:rFonts w:ascii="DejaVu Sans" w:hAnsi="DejaVu Sans" w:cs="DejaVu Sans"/>
          <w:b w:val="0"/>
          <w:color w:val="000000"/>
          <w:sz w:val="21"/>
        </w:rPr>
        <w:t>[اسم الشهادة أو التخصص]  |  [اسم المؤسسة]  |  [سنة التخرج]</w:t>
      </w:r>
    </w:p>
    <w:p>
      <w:pPr>
        <w:pStyle w:val="Heading1"/>
        <w:keepNext/>
        <w:bidi/>
        <w:spacing w:before="140" w:after="60"/>
        <w:jc w:val="right"/>
      </w:pPr>
      <w:r>
        <w:rPr>
          <w:rFonts w:ascii="DejaVu Sans" w:hAnsi="DejaVu Sans" w:cs="DejaVu Sans"/>
          <w:b/>
          <w:color w:val="000000"/>
          <w:sz w:val="23"/>
        </w:rPr>
        <w:t>المهارات</w:t>
      </w:r>
    </w:p>
    <w:p>
      <w:pPr>
        <w:bidi/>
        <w:spacing w:after="80"/>
        <w:jc w:val="right"/>
      </w:pPr>
      <w:r>
        <w:rPr>
          <w:rFonts w:ascii="DejaVu Sans" w:hAnsi="DejaVu Sans" w:cs="DejaVu Sans"/>
          <w:b w:val="0"/>
          <w:color w:val="000000"/>
          <w:sz w:val="21"/>
        </w:rPr>
        <w:t>[مهارة]  |  [مهارة]  |  [أداة]  |  [لغة]  |  [مهارة تقنية أو مهنية]</w:t>
      </w:r>
    </w:p>
    <w:p>
      <w:pPr>
        <w:pStyle w:val="Heading1"/>
        <w:keepNext/>
        <w:bidi/>
        <w:spacing w:before="140" w:after="60"/>
        <w:jc w:val="right"/>
      </w:pPr>
      <w:r>
        <w:rPr>
          <w:rFonts w:ascii="DejaVu Sans" w:hAnsi="DejaVu Sans" w:cs="DejaVu Sans"/>
          <w:b/>
          <w:color w:val="000000"/>
          <w:sz w:val="23"/>
        </w:rPr>
        <w:t>الدورات والشهادات</w:t>
      </w:r>
    </w:p>
    <w:p>
      <w:pPr>
        <w:bidi/>
        <w:spacing w:after="80"/>
        <w:jc w:val="right"/>
      </w:pPr>
      <w:r>
        <w:rPr>
          <w:rFonts w:ascii="DejaVu Sans" w:hAnsi="DejaVu Sans" w:cs="DejaVu Sans"/>
          <w:b w:val="0"/>
          <w:color w:val="000000"/>
          <w:sz w:val="21"/>
        </w:rPr>
        <w:t>[اسم الدورة أو الشهادة]  |  [الجهة]  |  [السنة]</w:t>
      </w:r>
    </w:p>
    <w:p>
      <w:pPr>
        <w:pStyle w:val="Heading1"/>
        <w:keepNext/>
        <w:bidi/>
        <w:spacing w:before="140" w:after="60"/>
        <w:jc w:val="right"/>
      </w:pPr>
      <w:r>
        <w:rPr>
          <w:rFonts w:ascii="DejaVu Sans" w:hAnsi="DejaVu Sans" w:cs="DejaVu Sans"/>
          <w:b/>
          <w:color w:val="000000"/>
          <w:sz w:val="23"/>
        </w:rPr>
        <w:t>اللغات</w:t>
      </w:r>
    </w:p>
    <w:p>
      <w:pPr>
        <w:bidi/>
        <w:spacing w:after="80"/>
        <w:jc w:val="right"/>
      </w:pPr>
      <w:r>
        <w:rPr>
          <w:rFonts w:ascii="DejaVu Sans" w:hAnsi="DejaVu Sans" w:cs="DejaVu Sans"/>
          <w:b w:val="0"/>
          <w:color w:val="000000"/>
          <w:sz w:val="21"/>
        </w:rPr>
        <w:t>[اللغة - المستوى]  |  [اللغة - المستوى]</w:t>
      </w:r>
    </w:p>
    <w:sectPr>
      <w:footerReference w:type="default" r:id="rId9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DejaVu Sans" w:hAnsi="DejaVu Sans" w:cs="DejaVu Sans"/>
        <w:b w:val="0"/>
        <w:color w:val="4B5563"/>
        <w:sz w:val="17"/>
      </w:rPr>
      <w:t>احذف التعليمات بين الأقواس بعد تعبئة السيرة ولا تكتب أي معلومة غير صحيحة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DejaVu Sans" w:hAnsi="DejaVu Sans" w:cs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 w:cs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 w:cs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 w:cs="DejaVu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 عربية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