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rFonts w:ascii="DejaVu Sans" w:hAnsi="DejaVu Sans" w:cs="DejaVu Sans"/>
          <w:b/>
          <w:color w:val="000000"/>
          <w:sz w:val="44"/>
        </w:rPr>
        <w:t>[FULL NAME]</w:t>
      </w:r>
    </w:p>
    <w:p>
      <w:pPr>
        <w:spacing w:after="80"/>
        <w:jc w:val="left"/>
      </w:pPr>
      <w:r>
        <w:rPr>
          <w:rFonts w:ascii="DejaVu Sans" w:hAnsi="DejaVu Sans" w:cs="DejaVu Sans"/>
          <w:b/>
          <w:color w:val="143758"/>
          <w:sz w:val="23"/>
        </w:rPr>
        <w:t>[TARGET JOB TITLE]</w:t>
      </w:r>
    </w:p>
    <w:p>
      <w:pPr>
        <w:spacing w:after="200"/>
        <w:jc w:val="left"/>
      </w:pPr>
      <w:r>
        <w:rPr>
          <w:rFonts w:ascii="DejaVu Sans" w:hAnsi="DejaVu Sans" w:cs="DejaVu Sans"/>
          <w:b w:val="0"/>
          <w:color w:val="4B5563"/>
          <w:sz w:val="19"/>
        </w:rPr>
        <w:t>[City, Country]  |  [Phone]  |  [Email]  |  [LinkedIn optional]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PROFESSIONAL SUMMARY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[Write 2-3 lines covering your relevant experience, strongest skills, and the value you can bring. Avoid vague claims.]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WORK EXPERIENCE</w:t>
      </w:r>
    </w:p>
    <w:p>
      <w:pPr>
        <w:keepNext/>
        <w:spacing w:before="60" w:after="20"/>
        <w:jc w:val="left"/>
      </w:pPr>
      <w:r>
        <w:rPr>
          <w:rFonts w:ascii="DejaVu Sans" w:hAnsi="DejaVu Sans" w:cs="DejaVu Sans"/>
          <w:b/>
          <w:color w:val="000000"/>
          <w:sz w:val="21"/>
        </w:rPr>
        <w:t>[Job Title]</w:t>
      </w:r>
    </w:p>
    <w:p>
      <w:pPr>
        <w:keepNext/>
        <w:spacing w:after="40"/>
        <w:jc w:val="left"/>
      </w:pPr>
      <w:r>
        <w:rPr>
          <w:rFonts w:ascii="DejaVu Sans" w:hAnsi="DejaVu Sans" w:cs="DejaVu Sans"/>
          <w:b w:val="0"/>
          <w:color w:val="4B5563"/>
          <w:sz w:val="19"/>
        </w:rPr>
        <w:t>[Company]  |  [City]  |  [Month Year - Month Year]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[Start with a strong action verb and describe a relevant achievement or responsibility.]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[Add a truthful number, scale, or measurable result when available.]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[Mention a tool or skill that matches the target role.]</w:t>
      </w:r>
    </w:p>
    <w:p>
      <w:pPr>
        <w:keepNext/>
        <w:spacing w:before="60" w:after="20"/>
        <w:jc w:val="left"/>
      </w:pPr>
      <w:r>
        <w:rPr>
          <w:rFonts w:ascii="DejaVu Sans" w:hAnsi="DejaVu Sans" w:cs="DejaVu Sans"/>
          <w:b/>
          <w:color w:val="000000"/>
          <w:sz w:val="21"/>
        </w:rPr>
        <w:t>[Previous Job Title]</w:t>
      </w:r>
    </w:p>
    <w:p>
      <w:pPr>
        <w:keepNext/>
        <w:spacing w:after="40"/>
        <w:jc w:val="left"/>
      </w:pPr>
      <w:r>
        <w:rPr>
          <w:rFonts w:ascii="DejaVu Sans" w:hAnsi="DejaVu Sans" w:cs="DejaVu Sans"/>
          <w:b w:val="0"/>
          <w:color w:val="4B5563"/>
          <w:sz w:val="19"/>
        </w:rPr>
        <w:t>[Company]  |  [City]  |  [Month Year - Month Year]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[Describe one relevant achievement or responsibility.]</w:t>
      </w:r>
    </w:p>
    <w:p>
      <w:pPr>
        <w:pStyle w:val="ListBullet"/>
        <w:spacing w:after="40"/>
        <w:ind w:left="259" w:right="0" w:hanging="173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[Focus on impact instead of listing every duty.]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EDUCATION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[Degree or Qualification]  |  [Institution]  |  [Graduation Year]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SKILLS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[Skill]  |  [Skill]  |  [Tool]  |  [Language]  |  [Technical or professional skill]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CERTIFICATIONS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[Certification or Course]  |  [Provider]  |  [Year]</w:t>
      </w:r>
    </w:p>
    <w:p>
      <w:pPr>
        <w:pStyle w:val="Heading1"/>
        <w:keepNext/>
        <w:spacing w:before="140" w:after="60"/>
        <w:jc w:val="left"/>
      </w:pPr>
      <w:r>
        <w:rPr>
          <w:rFonts w:ascii="DejaVu Sans" w:hAnsi="DejaVu Sans" w:cs="DejaVu Sans"/>
          <w:b/>
          <w:color w:val="000000"/>
          <w:sz w:val="23"/>
        </w:rPr>
        <w:t>LANGUAGES</w:t>
      </w:r>
    </w:p>
    <w:p>
      <w:pPr>
        <w:spacing w:after="80"/>
        <w:jc w:val="left"/>
      </w:pPr>
      <w:r>
        <w:rPr>
          <w:rFonts w:ascii="DejaVu Sans" w:hAnsi="DejaVu Sans" w:cs="DejaVu Sans"/>
          <w:b w:val="0"/>
          <w:color w:val="000000"/>
          <w:sz w:val="21"/>
        </w:rPr>
        <w:t>[Language - Level]  |  [Language - Level]</w:t>
      </w:r>
    </w:p>
    <w:sectPr>
      <w:footerReference w:type="default" r:id="rId9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cs="DejaVu Sans"/>
        <w:b w:val="0"/>
        <w:color w:val="4B5563"/>
        <w:sz w:val="17"/>
      </w:rPr>
      <w:t>Delete all bracketed instructions after completing the CV and never add false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DejaVu Sans" w:hAnsi="DejaVu Sans" w:cs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cs="DejaVu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English CV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